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F78E3D"/>
          <w:sz w:val="32"/>
        </w:rPr>
        <w:t>Modèle de mise en demeure de payer une facture</w:t>
      </w:r>
    </w:p>
    <w:p>
      <w:r>
        <w:rPr>
          <w:b w:val="0"/>
          <w:i/>
          <w:color w:val="6B7280"/>
          <w:sz w:val="19"/>
        </w:rPr>
        <w:t>Quand l'envoyer : après deux relances restées sans effet. Envoi en lettre recommandée avec accusé de réception (ou recommandé électronique) : c'est la date de réception qui fait courir le délai. Gardez l'accusé de réception, c'est la pièce n° 1 d'une éventuelle injonction de payer. Ne conservez qu'UNE des deux variantes (client professionnel ou client particulier), remplacez les éléments entre crochets, puis supprimez les notes en gris.</w:t>
      </w:r>
    </w:p>
    <w:p>
      <w:pPr>
        <w:spacing w:before="200" w:after="80"/>
      </w:pPr>
      <w:r>
        <w:rPr>
          <w:b/>
          <w:sz w:val="24"/>
        </w:rPr>
        <w:t>Modèle</w:t>
      </w:r>
    </w:p>
    <w:p>
      <w:pPr>
        <w:spacing w:after="0"/>
        <w:jc w:val="center"/>
      </w:pPr>
      <w:r>
        <w:rPr>
          <w:b/>
          <w:i w:val="0"/>
        </w:rPr>
        <w:t>LETTRE RECOMMANDÉE AVEC ACCUSÉ DE RÉCEPTION</w:t>
      </w:r>
    </w:p>
    <w:p>
      <w:pPr>
        <w:jc w:val="center"/>
      </w:pPr>
      <w:r>
        <w:rPr>
          <w:b/>
          <w:i w:val="0"/>
          <w:sz w:val="28"/>
        </w:rPr>
        <w:t>MISE EN DEMEURE</w:t>
      </w:r>
    </w:p>
    <w:p>
      <w:pPr>
        <w:spacing w:after="0"/>
      </w:pPr>
      <w:r>
        <w:rPr>
          <w:b/>
          <w:i w:val="0"/>
        </w:rPr>
        <w:t>[Votre nom / votre entreprise]</w:t>
      </w:r>
    </w:p>
    <w:p>
      <w:pPr>
        <w:spacing w:after="0"/>
      </w:pPr>
      <w:r>
        <w:rPr>
          <w:b w:val="0"/>
          <w:i w:val="0"/>
        </w:rPr>
        <w:t>[Adresse]</w:t>
      </w:r>
    </w:p>
    <w:p>
      <w:pPr>
        <w:spacing w:after="0"/>
      </w:pPr>
      <w:r>
        <w:rPr>
          <w:b w:val="0"/>
          <w:i w:val="0"/>
        </w:rPr>
        <w:t>[SIRET]</w:t>
      </w:r>
    </w:p>
    <w:p>
      <w:pPr>
        <w:spacing w:after="0"/>
      </w:pPr>
      <w:r>
        <w:rPr>
          <w:b w:val="0"/>
          <w:i w:val="0"/>
        </w:rPr>
        <w:t>[Téléphone]</w:t>
      </w:r>
    </w:p>
    <w:p>
      <w:pPr>
        <w:spacing w:after="0"/>
      </w:pPr>
      <w:r>
        <w:rPr>
          <w:b w:val="0"/>
          <w:i w:val="0"/>
        </w:rPr>
        <w:t>[E-mail]</w:t>
      </w:r>
    </w:p>
    <w:p/>
    <w:p>
      <w:pPr>
        <w:spacing w:after="0"/>
        <w:jc w:val="right"/>
      </w:pPr>
      <w:r>
        <w:rPr>
          <w:b/>
          <w:i w:val="0"/>
        </w:rPr>
        <w:t>[Nom du client]</w:t>
      </w:r>
    </w:p>
    <w:p>
      <w:pPr>
        <w:spacing w:after="0"/>
        <w:jc w:val="right"/>
      </w:pPr>
      <w:r>
        <w:rPr>
          <w:b w:val="0"/>
          <w:i w:val="0"/>
        </w:rPr>
        <w:t>[Adresse du client]</w:t>
      </w:r>
    </w:p>
    <w:p/>
    <w:p>
      <w:pPr>
        <w:jc w:val="right"/>
      </w:pPr>
      <w:r>
        <w:rPr>
          <w:b w:val="0"/>
          <w:i w:val="0"/>
        </w:rPr>
        <w:t>À [Ville], le [date]</w:t>
      </w:r>
    </w:p>
    <w:p>
      <w:r>
        <w:rPr>
          <w:b/>
          <w:i w:val="0"/>
        </w:rPr>
        <w:t xml:space="preserve">Objet : </w:t>
      </w:r>
      <w:r>
        <w:rPr>
          <w:b w:val="0"/>
          <w:i w:val="0"/>
        </w:rPr>
        <w:t>Mise en demeure de payer – Facture n° [numéro de facture] du [date] – [montant TTC]</w:t>
      </w:r>
    </w:p>
    <w:p>
      <w:r>
        <w:rPr>
          <w:b w:val="0"/>
          <w:i w:val="0"/>
        </w:rPr>
        <w:t>Madame, Monsieur,</w:t>
      </w:r>
    </w:p>
    <w:p>
      <w:r>
        <w:rPr>
          <w:b w:val="0"/>
          <w:i w:val="0"/>
        </w:rPr>
        <w:t>La facture n° [numéro de facture] du [date], d'un montant de [montant TTC], était payable au plus tard le [date d'échéance]. Malgré mes relances des [date de la relance n° 1] et [date de la relance n° 2], elle reste impayée à ce jour et vous n'avez pas contesté la prestation.</w:t>
      </w:r>
    </w:p>
    <w:p>
      <w:r>
        <w:rPr>
          <w:b w:val="0"/>
          <w:i w:val="0"/>
        </w:rPr>
        <w:t xml:space="preserve">En conséquence, je vous mets en demeure de me régler la somme de </w:t>
      </w:r>
      <w:r>
        <w:rPr>
          <w:b/>
          <w:i w:val="0"/>
        </w:rPr>
        <w:t>[montant TTC]</w:t>
      </w:r>
      <w:r>
        <w:rPr>
          <w:b w:val="0"/>
          <w:i w:val="0"/>
        </w:rPr>
        <w:t xml:space="preserve"> sous 8 jours à compter de la réception de la présente, </w:t>
      </w:r>
      <w:r>
        <w:rPr>
          <w:b w:val="0"/>
          <w:i w:val="0"/>
        </w:rPr>
        <w:t>par virement bancaire (coordonnées sur la facture) ou en ligne via le lien de paiement figurant sur la facture.</w:t>
      </w:r>
    </w:p>
    <w:p>
      <w:pPr>
        <w:spacing w:before="200" w:after="80"/>
      </w:pPr>
      <w:r>
        <w:rPr>
          <w:b/>
          <w:sz w:val="22"/>
        </w:rPr>
        <w:t>Variante client professionnel</w:t>
      </w:r>
    </w:p>
    <w:p>
      <w:r>
        <w:rPr>
          <w:b w:val="0"/>
          <w:i w:val="0"/>
        </w:rPr>
        <w:t>À défaut de règlement intégral dans ce délai, je vous rappelle que, comme indiqué sur la facture : Pour les clients professionnels, en cas de retard de paiement, une pénalité de retard au taux de trois fois le taux d'intérêt légal en vigueur est exigible le jour suivant la date de règlement, sans qu'un rappel soit nécessaire (art. L441-10 du Code de commerce). À cette pénalité s'ajoute l'indemnité forfaitaire pour frais de recouvrement de 40 € (art. L441-10 du Code de commerce). Ces sommes sont dues depuis le jour suivant la date de règlement figurant sur la facture et seront réclamées en plus du principal.</w:t>
      </w:r>
    </w:p>
    <w:p>
      <w:r>
        <w:rPr>
          <w:b w:val="0"/>
          <w:i w:val="0"/>
        </w:rPr>
        <w:t>Sans paiement à l'issue de ce délai, je saisirai, sans autre avis, le président du tribunal de commerce d'une requête en injonction de payer.</w:t>
      </w:r>
    </w:p>
    <w:p>
      <w:pPr>
        <w:spacing w:before="200" w:after="80"/>
      </w:pPr>
      <w:r>
        <w:rPr>
          <w:b/>
          <w:sz w:val="22"/>
        </w:rPr>
        <w:t>Variante client particulier</w:t>
      </w:r>
    </w:p>
    <w:p>
      <w:r>
        <w:rPr>
          <w:b w:val="0"/>
          <w:i w:val="0"/>
        </w:rPr>
        <w:t>À défaut de règlement intégral dans ce délai, la présente lettre vaut mise en demeure et fait courir, en principe, les intérêts de retard au taux légal à compter de sa réception (art. 1231-6 et 1344 du Code civil).</w:t>
      </w:r>
    </w:p>
    <w:p>
      <w:r>
        <w:rPr>
          <w:b w:val="0"/>
          <w:i w:val="0"/>
        </w:rPr>
        <w:t>Sans paiement à l'issue de ce délai, je saisirai, sans autre avis, le tribunal judiciaire d'une requête en injonction de payer.</w:t>
      </w:r>
    </w:p>
    <w:p>
      <w:r>
        <w:rPr>
          <w:b w:val="0"/>
          <w:i w:val="0"/>
        </w:rPr>
        <w:t>Si le règlement est intervenu entre-temps, je vous remercie de m'en adresser la preuve par retour. Je reste joignable pour tout échange.</w:t>
      </w:r>
    </w:p>
    <w:p>
      <w:r>
        <w:rPr>
          <w:b w:val="0"/>
          <w:i w:val="0"/>
        </w:rPr>
        <w:t>Je vous prie d'agréer, Madame, Monsieur, l'expression de mes salutations distinguées.</w:t>
      </w:r>
    </w:p>
    <w:p>
      <w:pPr>
        <w:spacing w:after="0"/>
      </w:pPr>
      <w:r>
        <w:rPr>
          <w:b/>
          <w:i w:val="0"/>
        </w:rPr>
        <w:t>[Votre nom]</w:t>
      </w:r>
    </w:p>
    <w:p>
      <w:pPr>
        <w:spacing w:after="0"/>
      </w:pPr>
      <w:r>
        <w:rPr>
          <w:b w:val="0"/>
          <w:i w:val="0"/>
        </w:rPr>
        <w:t>[Votre entreprise]</w:t>
      </w:r>
    </w:p>
    <w:p>
      <w:pPr>
        <w:spacing w:after="0"/>
      </w:pPr>
      <w:r>
        <w:rPr>
          <w:b w:val="0"/>
          <w:i w:val="0"/>
        </w:rPr>
        <w:t>[Signature]</w:t>
      </w:r>
    </w:p>
    <w:p/>
    <w:p>
      <w:r>
        <w:rPr>
          <w:b/>
          <w:i w:val="0"/>
        </w:rPr>
        <w:t xml:space="preserve">Pièces jointes : </w:t>
      </w:r>
      <w:r>
        <w:rPr>
          <w:b w:val="0"/>
          <w:i w:val="0"/>
        </w:rPr>
        <w:t>copie de la facture n° [numéro de facture] ; copie des relances des [date de la relance n° 1] et [date de la relance n° 2].</w:t>
      </w:r>
    </w:p>
    <w:p>
      <w:r>
        <w:br w:type="page"/>
      </w:r>
    </w:p>
    <w:p>
      <w:pPr>
        <w:spacing w:before="200" w:after="80"/>
      </w:pPr>
      <w:r>
        <w:rPr>
          <w:b/>
          <w:sz w:val="24"/>
        </w:rPr>
        <w:t>Exemple rempli (client professionnel)</w:t>
      </w:r>
    </w:p>
    <w:p>
      <w:r>
        <w:rPr>
          <w:b w:val="0"/>
          <w:i/>
          <w:color w:val="6B7280"/>
          <w:sz w:val="19"/>
        </w:rPr>
        <w:t>Situation : facture F-2026-117 du 02/09/2026 (Réfection de l'installation électrique du local, rue des Forges), 840,00 € TTC, échéance 02/10/2026, relances les 06/10/2026 et 16/10/2026. Mise en demeure envoyée le 27/10/2026, paiement exigé sous 8 jours.</w:t>
      </w:r>
    </w:p>
    <w:p>
      <w:r>
        <w:rPr>
          <w:b w:val="0"/>
          <w:i/>
          <w:color w:val="6B7280"/>
          <w:sz w:val="19"/>
        </w:rPr>
        <w:t>Pour un client particulier (par exemple Mme Dupont, 320,00 € TTC pour un dépannage du 10/09, payable à réception), remplacez le paragraphe « Variante client professionnel » par la variante client particulier du modèle : ni pénalités de trois fois le taux légal, ni indemnité de 40 €.</w:t>
      </w:r>
    </w:p>
    <w:p>
      <w:pPr>
        <w:spacing w:after="0"/>
        <w:jc w:val="center"/>
      </w:pPr>
      <w:r>
        <w:rPr>
          <w:b/>
          <w:i w:val="0"/>
        </w:rPr>
        <w:t>LETTRE RECOMMANDÉE AVEC ACCUSÉ DE RÉCEPTION</w:t>
      </w:r>
    </w:p>
    <w:p>
      <w:pPr>
        <w:jc w:val="center"/>
      </w:pPr>
      <w:r>
        <w:rPr>
          <w:b/>
          <w:i w:val="0"/>
          <w:sz w:val="28"/>
        </w:rPr>
        <w:t>MISE EN DEMEURE</w:t>
      </w:r>
    </w:p>
    <w:p>
      <w:pPr>
        <w:spacing w:after="0"/>
      </w:pPr>
      <w:r>
        <w:rPr>
          <w:b/>
          <w:i w:val="0"/>
        </w:rPr>
        <w:t>Karim Lefèvre — Lefèvre Électricité</w:t>
      </w:r>
    </w:p>
    <w:p>
      <w:pPr>
        <w:spacing w:after="0"/>
      </w:pPr>
      <w:r>
        <w:rPr>
          <w:b w:val="0"/>
          <w:i w:val="0"/>
        </w:rPr>
        <w:t>14 rue des Forges, 59000 Lille</w:t>
      </w:r>
    </w:p>
    <w:p>
      <w:pPr>
        <w:spacing w:after="0"/>
      </w:pPr>
      <w:r>
        <w:rPr>
          <w:b w:val="0"/>
          <w:i w:val="0"/>
        </w:rPr>
        <w:t>SIRET 123 456 789 00021</w:t>
      </w:r>
    </w:p>
    <w:p>
      <w:pPr>
        <w:spacing w:after="0"/>
      </w:pPr>
      <w:r>
        <w:rPr>
          <w:b w:val="0"/>
          <w:i w:val="0"/>
        </w:rPr>
        <w:t>Tél. 06 12 34 56 78</w:t>
      </w:r>
    </w:p>
    <w:p>
      <w:pPr>
        <w:spacing w:after="0"/>
      </w:pPr>
      <w:r>
        <w:rPr>
          <w:b w:val="0"/>
          <w:i w:val="0"/>
        </w:rPr>
        <w:t>contact@lefevre-electricite.fr</w:t>
      </w:r>
    </w:p>
    <w:p/>
    <w:p>
      <w:pPr>
        <w:spacing w:after="0"/>
        <w:jc w:val="right"/>
      </w:pPr>
      <w:r>
        <w:rPr>
          <w:b/>
          <w:i w:val="0"/>
        </w:rPr>
        <w:t>SARL Bâti Nord</w:t>
      </w:r>
    </w:p>
    <w:p>
      <w:pPr>
        <w:spacing w:after="0"/>
        <w:jc w:val="right"/>
      </w:pPr>
      <w:r>
        <w:rPr>
          <w:b w:val="0"/>
          <w:i w:val="0"/>
        </w:rPr>
        <w:t>27 boulevard de la Liberté, 59800 Lille</w:t>
      </w:r>
    </w:p>
    <w:p/>
    <w:p>
      <w:pPr>
        <w:jc w:val="right"/>
      </w:pPr>
      <w:r>
        <w:rPr>
          <w:b w:val="0"/>
          <w:i w:val="0"/>
        </w:rPr>
        <w:t>À Lille, le 27/10/2026</w:t>
      </w:r>
    </w:p>
    <w:p>
      <w:r>
        <w:rPr>
          <w:b/>
          <w:i w:val="0"/>
        </w:rPr>
        <w:t xml:space="preserve">Objet : </w:t>
      </w:r>
      <w:r>
        <w:rPr>
          <w:b w:val="0"/>
          <w:i w:val="0"/>
        </w:rPr>
        <w:t>Mise en demeure de payer – Facture n° F-2026-117 du 02/09/2026 – 840,00 € TTC</w:t>
      </w:r>
    </w:p>
    <w:p>
      <w:r>
        <w:rPr>
          <w:b w:val="0"/>
          <w:i w:val="0"/>
        </w:rPr>
        <w:t>Madame, Monsieur,</w:t>
      </w:r>
    </w:p>
    <w:p>
      <w:r>
        <w:rPr>
          <w:b w:val="0"/>
          <w:i w:val="0"/>
        </w:rPr>
        <w:t>La facture n° F-2026-117 du 02/09/2026, d'un montant de 840,00 € TTC, était payable au plus tard le 02/10/2026. Malgré mes relances des 06/10/2026 et 16/10/2026, elle reste impayée à ce jour et vous n'avez pas contesté la prestation.</w:t>
      </w:r>
    </w:p>
    <w:p>
      <w:r>
        <w:rPr>
          <w:b w:val="0"/>
          <w:i w:val="0"/>
        </w:rPr>
        <w:t xml:space="preserve">En conséquence, je vous mets en demeure de me régler la somme de </w:t>
      </w:r>
      <w:r>
        <w:rPr>
          <w:b/>
          <w:i w:val="0"/>
        </w:rPr>
        <w:t>840,00 € TTC</w:t>
      </w:r>
      <w:r>
        <w:rPr>
          <w:b w:val="0"/>
          <w:i w:val="0"/>
        </w:rPr>
        <w:t xml:space="preserve"> sous 8 jours à compter de la réception de la présente, </w:t>
      </w:r>
      <w:r>
        <w:rPr>
          <w:b w:val="0"/>
          <w:i w:val="0"/>
        </w:rPr>
        <w:t>par virement bancaire (coordonnées sur la facture) ou en ligne via le lien de paiement figurant sur la facture.</w:t>
      </w:r>
    </w:p>
    <w:p>
      <w:pPr>
        <w:spacing w:before="200" w:after="80"/>
      </w:pPr>
      <w:r>
        <w:rPr>
          <w:b/>
          <w:sz w:val="22"/>
        </w:rPr>
        <w:t>Variante client professionnel</w:t>
      </w:r>
    </w:p>
    <w:p>
      <w:r>
        <w:rPr>
          <w:b w:val="0"/>
          <w:i w:val="0"/>
        </w:rPr>
        <w:t>À défaut de règlement intégral dans ce délai, je vous rappelle que, comme indiqué sur la facture : Pour les clients professionnels, en cas de retard de paiement, une pénalité de retard au taux de trois fois le taux d'intérêt légal en vigueur est exigible le jour suivant la date de règlement, sans qu'un rappel soit nécessaire (art. L441-10 du Code de commerce). À cette pénalité s'ajoute l'indemnité forfaitaire pour frais de recouvrement de 40 € (art. L441-10 du Code de commerce). Ces sommes sont dues depuis le jour suivant la date de règlement figurant sur la facture et seront réclamées en plus du principal.</w:t>
      </w:r>
    </w:p>
    <w:p>
      <w:r>
        <w:rPr>
          <w:b w:val="0"/>
          <w:i w:val="0"/>
        </w:rPr>
        <w:t>Sans paiement à l'issue de ce délai, je saisirai, sans autre avis, le président du tribunal de commerce d'une requête en injonction de payer.</w:t>
      </w:r>
    </w:p>
    <w:p>
      <w:r>
        <w:rPr>
          <w:b w:val="0"/>
          <w:i w:val="0"/>
        </w:rPr>
        <w:t>Si le règlement est intervenu entre-temps, je vous remercie de m'en adresser la preuve par retour. Je reste joignable pour tout échange.</w:t>
      </w:r>
    </w:p>
    <w:p>
      <w:r>
        <w:rPr>
          <w:b w:val="0"/>
          <w:i w:val="0"/>
        </w:rPr>
        <w:t>Je vous prie d'agréer, Madame, Monsieur, l'expression de mes salutations distinguées.</w:t>
      </w:r>
    </w:p>
    <w:p>
      <w:pPr>
        <w:spacing w:after="0"/>
      </w:pPr>
      <w:r>
        <w:rPr>
          <w:b/>
          <w:i w:val="0"/>
        </w:rPr>
        <w:t>Karim Lefèvre — Lefèvre Électricité</w:t>
      </w:r>
    </w:p>
    <w:p>
      <w:pPr>
        <w:spacing w:after="0"/>
      </w:pPr>
      <w:r>
        <w:rPr>
          <w:b w:val="0"/>
          <w:i w:val="0"/>
        </w:rPr>
        <w:t>Tél. 06 12 34 56 78</w:t>
      </w:r>
    </w:p>
    <w:p>
      <w:pPr>
        <w:spacing w:after="0"/>
      </w:pPr>
      <w:r>
        <w:rPr>
          <w:b w:val="0"/>
          <w:i w:val="0"/>
        </w:rPr>
        <w:t>contact@lefevre-electricite.fr</w:t>
      </w:r>
    </w:p>
    <w:p/>
    <w:p>
      <w:r>
        <w:rPr>
          <w:b/>
          <w:i w:val="0"/>
        </w:rPr>
        <w:t xml:space="preserve">Pièces jointes : </w:t>
      </w:r>
      <w:r>
        <w:rPr>
          <w:b w:val="0"/>
          <w:i w:val="0"/>
        </w:rPr>
        <w:t>copie de la facture n° F-2026-117 ; copie des relances des 06/10/2026 et 16/10/2026.</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280"/>
        <w:sz w:val="16"/>
      </w:rPr>
      <w:t>Modèle offert par Yoyolo — https://yoyolo.co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