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F78E3D"/>
          <w:sz w:val="32"/>
        </w:rPr>
        <w:t>Modèle de lettre de relance ferme (relance n° 2)</w:t>
      </w:r>
    </w:p>
    <w:p>
      <w:r>
        <w:rPr>
          <w:b w:val="0"/>
          <w:i/>
          <w:color w:val="6B7280"/>
          <w:sz w:val="19"/>
        </w:rPr>
        <w:t>Quand l'envoyer : après une première relance restée sans réponse. Le ton devient ferme mais reste courtois : on rappelle les mentions de la facture et on annonce l'étape suivante (mise en demeure). Envoi par e-mail et courrier simple. Remplacez les éléments entre crochets, puis supprimez les notes en gris.</w:t>
      </w:r>
    </w:p>
    <w:p>
      <w:pPr>
        <w:spacing w:before="200" w:after="80"/>
      </w:pPr>
      <w:r>
        <w:rPr>
          <w:b/>
          <w:sz w:val="24"/>
        </w:rPr>
        <w:t>Modèle</w:t>
      </w:r>
    </w:p>
    <w:p>
      <w:pPr>
        <w:spacing w:after="0"/>
      </w:pPr>
      <w:r>
        <w:rPr>
          <w:b/>
          <w:i w:val="0"/>
        </w:rPr>
        <w:t>[Votre nom / votre entreprise]</w:t>
      </w:r>
    </w:p>
    <w:p>
      <w:pPr>
        <w:spacing w:after="0"/>
      </w:pPr>
      <w:r>
        <w:rPr>
          <w:b w:val="0"/>
          <w:i w:val="0"/>
        </w:rPr>
        <w:t>[Adresse]</w:t>
      </w:r>
    </w:p>
    <w:p>
      <w:pPr>
        <w:spacing w:after="0"/>
      </w:pPr>
      <w:r>
        <w:rPr>
          <w:b w:val="0"/>
          <w:i w:val="0"/>
        </w:rPr>
        <w:t>[SIRET]</w:t>
      </w:r>
    </w:p>
    <w:p>
      <w:pPr>
        <w:spacing w:after="0"/>
      </w:pPr>
      <w:r>
        <w:rPr>
          <w:b w:val="0"/>
          <w:i w:val="0"/>
        </w:rPr>
        <w:t>[Téléphone]</w:t>
      </w:r>
    </w:p>
    <w:p>
      <w:pPr>
        <w:spacing w:after="0"/>
      </w:pPr>
      <w:r>
        <w:rPr>
          <w:b w:val="0"/>
          <w:i w:val="0"/>
        </w:rPr>
        <w:t>[E-mail]</w:t>
      </w:r>
    </w:p>
    <w:p/>
    <w:p>
      <w:pPr>
        <w:spacing w:after="0"/>
        <w:jc w:val="right"/>
      </w:pPr>
      <w:r>
        <w:rPr>
          <w:b/>
          <w:i w:val="0"/>
        </w:rPr>
        <w:t>[Nom du client]</w:t>
      </w:r>
    </w:p>
    <w:p>
      <w:pPr>
        <w:spacing w:after="0"/>
        <w:jc w:val="right"/>
      </w:pPr>
      <w:r>
        <w:rPr>
          <w:b w:val="0"/>
          <w:i w:val="0"/>
        </w:rPr>
        <w:t>[Adresse du client]</w:t>
      </w:r>
    </w:p>
    <w:p/>
    <w:p>
      <w:pPr>
        <w:jc w:val="right"/>
      </w:pPr>
      <w:r>
        <w:rPr>
          <w:b w:val="0"/>
          <w:i w:val="0"/>
        </w:rPr>
        <w:t>À [Ville], le [date]</w:t>
      </w:r>
    </w:p>
    <w:p>
      <w:r>
        <w:rPr>
          <w:b/>
          <w:i w:val="0"/>
        </w:rPr>
        <w:t xml:space="preserve">Objet : </w:t>
      </w:r>
      <w:r>
        <w:rPr>
          <w:b w:val="0"/>
          <w:i w:val="0"/>
        </w:rPr>
        <w:t>Relance n° 2 – Facture n° [numéro de facture] du [date] impayée – [montant TTC]</w:t>
      </w:r>
    </w:p>
    <w:p>
      <w:r>
        <w:rPr>
          <w:b w:val="0"/>
          <w:i w:val="0"/>
        </w:rPr>
        <w:t>Madame, Monsieur,</w:t>
      </w:r>
    </w:p>
    <w:p>
      <w:r>
        <w:rPr>
          <w:b w:val="0"/>
          <w:i w:val="0"/>
        </w:rPr>
        <w:t>Malgré ma relance du [date de la relance n° 1], la facture n° [numéro de facture] du [date], d'un montant de [montant TTC] et arrivée à échéance le [date d'échéance], reste impayée à ce jour.</w:t>
      </w:r>
    </w:p>
    <w:p>
      <w:r>
        <w:rPr>
          <w:b w:val="0"/>
          <w:i w:val="0"/>
        </w:rPr>
        <w:t>Je vous remercie de bien vouloir procéder à son règlement dans les meilleurs délais, et au plus tard le [date limite], par virement bancaire (coordonnées sur la facture) ou en ligne via le lien de paiement figurant sur la facture.</w:t>
      </w:r>
    </w:p>
    <w:p>
      <w:r>
        <w:rPr>
          <w:b w:val="0"/>
          <w:i w:val="0"/>
        </w:rPr>
        <w:t>Je vous rappelle que, comme indiqué sur la facture : Pour les clients professionnels, en cas de retard de paiement, une pénalité de retard au taux de trois fois le taux d'intérêt légal en vigueur est exigible le jour suivant la date de règlement, sans qu'un rappel soit nécessaire (art. L441-10 du Code de commerce). À cette pénalité s'ajoute l'indemnité forfaitaire pour frais de recouvrement de 40 € (art. L441-10 du Code de commerce). Je me réserve la possibilité de les appliquer.</w:t>
      </w:r>
    </w:p>
    <w:p>
      <w:r>
        <w:rPr>
          <w:b w:val="0"/>
          <w:i/>
          <w:color w:val="6B7280"/>
          <w:sz w:val="19"/>
        </w:rPr>
        <w:t>Paragraphe ci-dessus réservé à un client professionnel : à supprimer si votre client est un particulier (les pénalités du Code de commerce et l'indemnité de 40 € ne s'appliquent pas à lui).</w:t>
      </w:r>
    </w:p>
    <w:p>
      <w:r>
        <w:rPr>
          <w:b w:val="0"/>
          <w:i w:val="0"/>
        </w:rPr>
        <w:t>Sans règlement ni réponse de votre part dans ce délai, je serai contraint de vous adresser une mise en demeure par lettre recommandée avec accusé de réception, préalable à une procédure de recouvrement.</w:t>
      </w:r>
    </w:p>
    <w:p>
      <w:r>
        <w:rPr>
          <w:b w:val="0"/>
          <w:i w:val="0"/>
        </w:rPr>
        <w:t>Si le règlement a été effectué entre-temps, je vous remercie de m'en adresser la preuve. Si vous rencontrez une difficulté, je vous invite à me contacter afin que nous trouvions une solution.</w:t>
      </w:r>
    </w:p>
    <w:p>
      <w:r>
        <w:rPr>
          <w:b w:val="0"/>
          <w:i w:val="0"/>
        </w:rPr>
        <w:t>Je vous prie d'agréer, Madame, Monsieur, l'expression de mes salutations distinguées.</w:t>
      </w:r>
    </w:p>
    <w:p>
      <w:pPr>
        <w:spacing w:after="0"/>
      </w:pPr>
      <w:r>
        <w:rPr>
          <w:b/>
          <w:i w:val="0"/>
        </w:rPr>
        <w:t>[Votre nom]</w:t>
      </w:r>
    </w:p>
    <w:p>
      <w:pPr>
        <w:spacing w:after="0"/>
      </w:pPr>
      <w:r>
        <w:rPr>
          <w:b w:val="0"/>
          <w:i w:val="0"/>
        </w:rPr>
        <w:t>[Votre entreprise]</w:t>
      </w:r>
    </w:p>
    <w:p>
      <w:pPr>
        <w:spacing w:after="0"/>
      </w:pPr>
      <w:r>
        <w:rPr>
          <w:b w:val="0"/>
          <w:i w:val="0"/>
        </w:rPr>
        <w:t>[Signature]</w:t>
      </w:r>
    </w:p>
    <w:p/>
    <w:p>
      <w:r>
        <w:rPr>
          <w:b/>
          <w:i w:val="0"/>
        </w:rPr>
        <w:t xml:space="preserve">Pièce jointe : </w:t>
      </w:r>
      <w:r>
        <w:rPr>
          <w:b w:val="0"/>
          <w:i w:val="0"/>
        </w:rPr>
        <w:t>copie de la facture n° [numéro de facture].</w:t>
      </w:r>
    </w:p>
    <w:p>
      <w:r>
        <w:br w:type="page"/>
      </w:r>
    </w:p>
    <w:p>
      <w:pPr>
        <w:spacing w:before="200" w:after="80"/>
      </w:pPr>
      <w:r>
        <w:rPr>
          <w:b/>
          <w:sz w:val="24"/>
        </w:rPr>
        <w:t>Exemple rempli</w:t>
      </w:r>
    </w:p>
    <w:p>
      <w:r>
        <w:rPr>
          <w:b w:val="0"/>
          <w:i/>
          <w:color w:val="6B7280"/>
          <w:sz w:val="19"/>
        </w:rPr>
        <w:t>Situation : facture F-2026-117 du 02/09/2026 (Réfection de l'installation électrique du local, rue des Forges), 840,00 € TTC, échéance 02/10/2026, relance n° 1 le 06/10/2026. Relance n° 2 envoyée le 16/10/2026 à un client professionnel.</w:t>
      </w:r>
    </w:p>
    <w:p>
      <w:pPr>
        <w:spacing w:after="0"/>
      </w:pPr>
      <w:r>
        <w:rPr>
          <w:b/>
          <w:i w:val="0"/>
        </w:rPr>
        <w:t>Karim Lefèvre — Lefèvre Électricité</w:t>
      </w:r>
    </w:p>
    <w:p>
      <w:pPr>
        <w:spacing w:after="0"/>
      </w:pPr>
      <w:r>
        <w:rPr>
          <w:b w:val="0"/>
          <w:i w:val="0"/>
        </w:rPr>
        <w:t>14 rue des Forges, 59000 Lille</w:t>
      </w:r>
    </w:p>
    <w:p>
      <w:pPr>
        <w:spacing w:after="0"/>
      </w:pPr>
      <w:r>
        <w:rPr>
          <w:b w:val="0"/>
          <w:i w:val="0"/>
        </w:rPr>
        <w:t>SIRET 123 456 789 00021</w:t>
      </w:r>
    </w:p>
    <w:p>
      <w:pPr>
        <w:spacing w:after="0"/>
      </w:pPr>
      <w:r>
        <w:rPr>
          <w:b w:val="0"/>
          <w:i w:val="0"/>
        </w:rPr>
        <w:t>Tél. 06 12 34 56 78</w:t>
      </w:r>
    </w:p>
    <w:p>
      <w:pPr>
        <w:spacing w:after="0"/>
      </w:pPr>
      <w:r>
        <w:rPr>
          <w:b w:val="0"/>
          <w:i w:val="0"/>
        </w:rPr>
        <w:t>contact@lefevre-electricite.fr</w:t>
      </w:r>
    </w:p>
    <w:p/>
    <w:p>
      <w:pPr>
        <w:spacing w:after="0"/>
        <w:jc w:val="right"/>
      </w:pPr>
      <w:r>
        <w:rPr>
          <w:b/>
          <w:i w:val="0"/>
        </w:rPr>
        <w:t>SARL Bâti Nord</w:t>
      </w:r>
    </w:p>
    <w:p>
      <w:pPr>
        <w:spacing w:after="0"/>
        <w:jc w:val="right"/>
      </w:pPr>
      <w:r>
        <w:rPr>
          <w:b w:val="0"/>
          <w:i w:val="0"/>
        </w:rPr>
        <w:t>27 boulevard de la Liberté, 59800 Lille</w:t>
      </w:r>
    </w:p>
    <w:p/>
    <w:p>
      <w:pPr>
        <w:jc w:val="right"/>
      </w:pPr>
      <w:r>
        <w:rPr>
          <w:b w:val="0"/>
          <w:i w:val="0"/>
        </w:rPr>
        <w:t>À Lille, le 16/10/2026</w:t>
      </w:r>
    </w:p>
    <w:p>
      <w:r>
        <w:rPr>
          <w:b/>
          <w:i w:val="0"/>
        </w:rPr>
        <w:t xml:space="preserve">Objet : </w:t>
      </w:r>
      <w:r>
        <w:rPr>
          <w:b w:val="0"/>
          <w:i w:val="0"/>
        </w:rPr>
        <w:t>Relance n° 2 – Facture n° F-2026-117 du 02/09/2026 impayée – 840,00 € TTC</w:t>
      </w:r>
    </w:p>
    <w:p>
      <w:r>
        <w:rPr>
          <w:b w:val="0"/>
          <w:i w:val="0"/>
        </w:rPr>
        <w:t>Madame, Monsieur,</w:t>
      </w:r>
    </w:p>
    <w:p>
      <w:r>
        <w:rPr>
          <w:b w:val="0"/>
          <w:i w:val="0"/>
        </w:rPr>
        <w:t>Malgré ma relance du 06/10/2026, la facture n° F-2026-117 du 02/09/2026, d'un montant de 840,00 € TTC et arrivée à échéance le 02/10/2026, reste impayée à ce jour.</w:t>
      </w:r>
    </w:p>
    <w:p>
      <w:r>
        <w:rPr>
          <w:b w:val="0"/>
          <w:i w:val="0"/>
        </w:rPr>
        <w:t>Je vous remercie de bien vouloir procéder à son règlement dans les meilleurs délais, et au plus tard le 23/10/2026, par virement bancaire (coordonnées sur la facture) ou en ligne via le lien de paiement figurant sur la facture.</w:t>
      </w:r>
    </w:p>
    <w:p>
      <w:r>
        <w:rPr>
          <w:b w:val="0"/>
          <w:i w:val="0"/>
        </w:rPr>
        <w:t>Je vous rappelle que, comme indiqué sur la facture : Pour les clients professionnels, en cas de retard de paiement, une pénalité de retard au taux de trois fois le taux d'intérêt légal en vigueur est exigible le jour suivant la date de règlement, sans qu'un rappel soit nécessaire (art. L441-10 du Code de commerce). À cette pénalité s'ajoute l'indemnité forfaitaire pour frais de recouvrement de 40 € (art. L441-10 du Code de commerce). Je me réserve la possibilité de les appliquer.</w:t>
      </w:r>
    </w:p>
    <w:p>
      <w:r>
        <w:rPr>
          <w:b w:val="0"/>
          <w:i/>
          <w:color w:val="6B7280"/>
          <w:sz w:val="19"/>
        </w:rPr>
        <w:t>Paragraphe ci-dessus réservé à un client professionnel : à supprimer si votre client est un particulier (les pénalités du Code de commerce et l'indemnité de 40 € ne s'appliquent pas à lui).</w:t>
      </w:r>
    </w:p>
    <w:p>
      <w:r>
        <w:rPr>
          <w:b w:val="0"/>
          <w:i w:val="0"/>
        </w:rPr>
        <w:t>Sans règlement ni réponse de votre part dans ce délai, je serai contraint de vous adresser une mise en demeure par lettre recommandée avec accusé de réception, préalable à une procédure de recouvrement.</w:t>
      </w:r>
    </w:p>
    <w:p>
      <w:r>
        <w:rPr>
          <w:b w:val="0"/>
          <w:i w:val="0"/>
        </w:rPr>
        <w:t>Si le règlement a été effectué entre-temps, je vous remercie de m'en adresser la preuve. Si vous rencontrez une difficulté, je vous invite à me contacter afin que nous trouvions une solution.</w:t>
      </w:r>
    </w:p>
    <w:p>
      <w:r>
        <w:rPr>
          <w:b w:val="0"/>
          <w:i w:val="0"/>
        </w:rPr>
        <w:t>Je vous prie d'agréer, Madame, Monsieur, l'expression de mes salutations distinguées.</w:t>
      </w:r>
    </w:p>
    <w:p>
      <w:pPr>
        <w:spacing w:after="0"/>
      </w:pPr>
      <w:r>
        <w:rPr>
          <w:b/>
          <w:i w:val="0"/>
        </w:rPr>
        <w:t>Karim Lefèvre — Lefèvre Électricité</w:t>
      </w:r>
    </w:p>
    <w:p>
      <w:pPr>
        <w:spacing w:after="0"/>
      </w:pPr>
      <w:r>
        <w:rPr>
          <w:b w:val="0"/>
          <w:i w:val="0"/>
        </w:rPr>
        <w:t>Tél. 06 12 34 56 78</w:t>
      </w:r>
    </w:p>
    <w:p>
      <w:pPr>
        <w:spacing w:after="0"/>
      </w:pPr>
      <w:r>
        <w:rPr>
          <w:b w:val="0"/>
          <w:i w:val="0"/>
        </w:rPr>
        <w:t>contact@lefevre-electricite.fr</w:t>
      </w:r>
    </w:p>
    <w:p/>
    <w:p>
      <w:r>
        <w:rPr>
          <w:b/>
          <w:i w:val="0"/>
        </w:rPr>
        <w:t xml:space="preserve">Pièce jointe : </w:t>
      </w:r>
      <w:r>
        <w:rPr>
          <w:b w:val="0"/>
          <w:i w:val="0"/>
        </w:rPr>
        <w:t>copie de la facture n° F-2026-117.</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280"/>
        <w:sz w:val="16"/>
      </w:rPr>
      <w:t>Modèle offert par Yoyolo — https://yoyolo.co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